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FAMILY AFFAIRS UPDATE &amp; HANDOVER PACK Opslumo / Free edition 1.1.0</w:t>
      </w:r>
    </w:p>
    <w:p>
      <w:pPr/>
      <w:r>
        <w:t>SIX EDITABLE STARTING TEMPLATES</w:t>
      </w:r>
    </w:p>
    <w:p>
      <w:pPr/>
      <w:r>
        <w:t>Replace the bracketed text with your own words. Remove any sentence that does not fit. These messages invite conversations or express personal feelings; they do not appoint someone to a formal role, distribute property, authorize access, or change a legal document. Decide what you want to keep private.</w:t>
      </w:r>
    </w:p>
    <w:p>
      <w:r>
        <w:br w:type="page"/>
      </w:r>
    </w:p>
    <w:p>
      <w:pPr>
        <w:pStyle w:val="Heading1"/>
      </w:pPr>
      <w:r>
        <w:t>1. INTRODUCING MY ORGANIZER</w:t>
      </w:r>
    </w:p>
    <w:p>
      <w:pPr/>
      <w:r>
        <w:t>Dear [name],</w:t>
      </w:r>
    </w:p>
    <w:p>
      <w:pPr/>
      <w:r>
        <w:t>I have started putting my household records and personal notes in order. I want the practical information to be easier to find if I am unavailable. The current organizer is kept [location you are comfortable sharing]. It was last reviewed on [date].</w:t>
      </w:r>
    </w:p>
    <w:p>
      <w:pPr/>
      <w:r>
        <w:t>Would you be willing to talk about [one specific kind of practical help]? I would like to hear what would fit your circumstances and what would not. There is no need to agree immediately. We can make another plan if needed.</w:t>
      </w:r>
    </w:p>
    <w:p>
      <w:pPr/>
      <w:r>
        <w:t>Some matters require formal authority or a provider's own process. I am recording where the relevant instructions are kept and who can explain them. This message does not give permission to use an account or make decisions.</w:t>
      </w:r>
    </w:p>
    <w:p>
      <w:pPr/>
      <w:r>
        <w:t>The first small step I suggest is [a conversation or a record to locate]. Thank you for considering it.</w:t>
      </w:r>
    </w:p>
    <w:p>
      <w:pPr/>
      <w:r>
        <w:t>[Your preferred closing] [Your name and date]</w:t>
      </w:r>
    </w:p>
    <w:p>
      <w:r>
        <w:br w:type="page"/>
      </w:r>
    </w:p>
    <w:p>
      <w:pPr>
        <w:pStyle w:val="Heading1"/>
      </w:pPr>
      <w:r>
        <w:t>2. ASKING ABOUT PRACTICAL CARE HELP</w:t>
      </w:r>
    </w:p>
    <w:p>
      <w:pPr/>
      <w:r>
        <w:t>Dear [name],</w:t>
      </w:r>
    </w:p>
    <w:p>
      <w:pPr/>
      <w:r>
        <w:t>I am reviewing the daily arrangements for [person or pet]. Would you be comfortable discussing [the particular support you are asking about]?</w:t>
      </w:r>
    </w:p>
    <w:p>
      <w:pPr/>
      <w:r>
        <w:t>The regular routine is described in [current care-instruction location]. The person who can verify the latest details is [appropriate contact]. Before making a plan, I would like us to discuss timing, transport, supplies, costs that need clarification, and anything that would make this difficult.</w:t>
      </w:r>
    </w:p>
    <w:p>
      <w:pPr/>
      <w:r>
        <w:t>You can say no or suggest a smaller role. I would rather know what is manageable than make an assumption about what you can do. We would also need to check any formal arrangements with the appropriate professional.</w:t>
      </w:r>
    </w:p>
    <w:p>
      <w:pPr/>
      <w:r>
        <w:t>Could we discuss this on [proposed date or a request for a suitable time]? After we speak, I will write down only what we have actually agreed.</w:t>
      </w:r>
    </w:p>
    <w:p>
      <w:pPr/>
      <w:r>
        <w:t>[Your preferred closing] [Your name and date]</w:t>
      </w:r>
    </w:p>
    <w:p>
      <w:r>
        <w:br w:type="page"/>
      </w:r>
    </w:p>
    <w:p>
      <w:pPr>
        <w:pStyle w:val="Heading1"/>
      </w:pPr>
      <w:r>
        <w:t>3. AN ANNUAL OR OCCASIONAL UPDATE</w:t>
      </w:r>
    </w:p>
    <w:p>
      <w:pPr/>
      <w:r>
        <w:t>Subject: A small update to my household organizer - [date]</w:t>
      </w:r>
    </w:p>
    <w:p>
      <w:pPr/>
      <w:r>
        <w:t>Hello [name],</w:t>
      </w:r>
    </w:p>
    <w:p>
      <w:pPr/>
      <w:r>
        <w:t>I have reviewed my household organizer. The current version is dated [date] and is kept [location you intend this recipient to know].</w:t>
      </w:r>
    </w:p>
    <w:p>
      <w:pPr/>
      <w:r>
        <w:t>The changes relevant to you are: - [Record or arrangement changed, in a short description.] - [Where the current information can be found.] - [Any specific conversation or action still needed.]</w:t>
      </w:r>
    </w:p>
    <w:p>
      <w:pPr/>
      <w:r>
        <w:t>Please replace the earlier [named page or extract] with the current copy. You do not need to retain information that is no longer relevant. Please let me know when you have received the update and whether anything is unclear.</w:t>
      </w:r>
    </w:p>
    <w:p>
      <w:pPr/>
      <w:r>
        <w:t>Our previously agreed help is [brief description]. Does that still fit your circumstances? It is fine to tell me that your availability has changed.</w:t>
      </w:r>
    </w:p>
    <w:p>
      <w:pPr/>
      <w:r>
        <w:t>My next planned review is [date]. Thank you for helping me keep this useful.</w:t>
      </w:r>
    </w:p>
    <w:p>
      <w:pPr/>
      <w:r>
        <w:t>[Your name]</w:t>
      </w:r>
    </w:p>
    <w:p>
      <w:r>
        <w:br w:type="page"/>
      </w:r>
    </w:p>
    <w:p>
      <w:pPr>
        <w:pStyle w:val="Heading1"/>
      </w:pPr>
      <w:r>
        <w:t>4. A DOCUMENT HAS MOVED</w:t>
      </w:r>
    </w:p>
    <w:p>
      <w:pPr/>
      <w:r>
        <w:t>Subject: Current location of [short document label]</w:t>
      </w:r>
    </w:p>
    <w:p>
      <w:pPr/>
      <w:r>
        <w:t>Hello [name],</w:t>
      </w:r>
    </w:p>
    <w:p>
      <w:pPr/>
      <w:r>
        <w:t>The current [document label] is now kept [new location]. Its date or version is [date/version]. The previous location or copy is [brief identification].</w:t>
      </w:r>
    </w:p>
    <w:p>
      <w:pPr/>
      <w:r>
        <w:t>Please update your record of the location and mark the older extract as superseded, or replace it as we have agreed. Please tell me once that is done.</w:t>
      </w:r>
    </w:p>
    <w:p>
      <w:pPr/>
      <w:r>
        <w:t>If access is needed, the correct first contact is [person or official support route]. The relevant process or formal instructions are kept [location]. This location update does not change any access permission.</w:t>
      </w:r>
    </w:p>
    <w:p>
      <w:pPr/>
      <w:r>
        <w:t>One question still to resolve is [question, or remove this paragraph if none]. I will follow up with [person/provider] by [date].</w:t>
      </w:r>
    </w:p>
    <w:p>
      <w:pPr/>
      <w:r>
        <w:t>Thank you, [Your name and date]</w:t>
      </w:r>
    </w:p>
    <w:p>
      <w:r>
        <w:br w:type="page"/>
      </w:r>
    </w:p>
    <w:p>
      <w:pPr>
        <w:pStyle w:val="Heading1"/>
      </w:pPr>
      <w:r>
        <w:t>5. A MEMORY AND A REASSURANCE</w:t>
      </w:r>
    </w:p>
    <w:p>
      <w:pPr/>
      <w:r>
        <w:t>Dear [name],</w:t>
      </w:r>
    </w:p>
    <w:p>
      <w:pPr/>
      <w:r>
        <w:t>When I think of us, I often return to [an ordinary moment or shared occasion]. I remember [a small sound, gesture, place or detail]. At the time, I felt [your own words]. Looking back, what stays with me is [what it meant].</w:t>
      </w:r>
    </w:p>
    <w:p>
      <w:pPr/>
      <w:r>
        <w:t>One thing I have always admired in you is [quality]. I saw it when [a particular example]. I may not have said it enough, but [appreciation].</w:t>
      </w:r>
    </w:p>
    <w:p>
      <w:pPr/>
      <w:r>
        <w:t>I hope you make room for [something personal and gentle]. You may keep the traditions that fit your life and change the ones that do not. You do not need to make every choice the way I would have made it.</w:t>
      </w:r>
    </w:p>
    <w:p>
      <w:pPr/>
      <w:r>
        <w:t>What I most want you to hear today is [your message].</w:t>
      </w:r>
    </w:p>
    <w:p>
      <w:pPr/>
      <w:r>
        <w:t>[Your own closing] [Your name and date]</w:t>
      </w:r>
    </w:p>
    <w:p>
      <w:r>
        <w:br w:type="page"/>
      </w:r>
    </w:p>
    <w:p>
      <w:pPr>
        <w:pStyle w:val="Heading1"/>
      </w:pPr>
      <w:r>
        <w:t>6. A PRIVACY AND SHARING CONVERSATION</w:t>
      </w:r>
    </w:p>
    <w:p>
      <w:pPr/>
      <w:r>
        <w:t>Dear [name],</w:t>
      </w:r>
    </w:p>
    <w:p>
      <w:pPr/>
      <w:r>
        <w:t>Before I share these pages, I would like to be clear about what they are for. The extract includes [the records or topics]. It is intended to help with [the agreed practical purpose].</w:t>
      </w:r>
    </w:p>
    <w:p>
      <w:pPr/>
      <w:r>
        <w:t>I would like [specified material] kept private. Please speak with me before sharing the extract more widely, unless a requirement or situation needs different handling through the appropriate authorized person.</w:t>
      </w:r>
    </w:p>
    <w:p>
      <w:pPr/>
      <w:r>
        <w:t>The current full organizer is kept [location you choose to disclose]. You can ask [contact] about the location or the correct process. I am keeping access credentials and sensitive identifiers in their proper secure systems.</w:t>
      </w:r>
    </w:p>
    <w:p>
      <w:pPr/>
      <w:r>
        <w:t>Would you tell me if any of these preferences are unclear or impractical? I would like us to agree on a manageable way to store and update the copy.</w:t>
      </w:r>
    </w:p>
    <w:p>
      <w:pPr/>
      <w:r>
        <w:t>[Your preferred closing] [Your name and date]</w:t>
      </w:r>
    </w:p>
    <w:p>
      <w:pPr/>
      <w:r>
        <w:t xml:space="preserve"> BEFORE YOU SHARE A MESSAGE</w:t>
      </w:r>
    </w:p>
    <w:p>
      <w:pPr/>
      <w:r>
        <w:t>Check the recipient, facts, date, promises and privacy preferences. Remove unused brackets and anything you do not want to say. Keep one clearly dated current copy and note who received it. A personal letter can stay unfinished.</w:t>
      </w:r>
    </w:p>
    <w:p>
      <w:pPr/>
      <w:r>
        <w:t>Product: https://opslumo.com/book-companions/family-handover/ Book companions: https://opslumo.com/book-companions/ Support: meng@opslumo.com Use terms: License.txt in this download.</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